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AFD881" w14:textId="3B38CA2E" w:rsidR="0064782A" w:rsidRDefault="00C96B33">
      <w:pPr>
        <w:jc w:val="center"/>
        <w:rPr>
          <w:rFonts w:ascii="Times New Roman" w:hAnsi="Times New Roman" w:cs="Times New Roman"/>
          <w:b/>
          <w:color w:val="19334D"/>
          <w:sz w:val="28"/>
        </w:rPr>
      </w:pPr>
      <w:r w:rsidRPr="00002AE9">
        <w:rPr>
          <w:rFonts w:ascii="Times New Roman" w:hAnsi="Times New Roman" w:cs="Times New Roman"/>
          <w:b/>
          <w:color w:val="19334D"/>
          <w:sz w:val="28"/>
        </w:rPr>
        <w:t>YEMEK BURSU DEĞERL</w:t>
      </w:r>
      <w:r w:rsidR="006C5003">
        <w:rPr>
          <w:rFonts w:ascii="Times New Roman" w:hAnsi="Times New Roman" w:cs="Times New Roman"/>
          <w:b/>
          <w:color w:val="19334D"/>
          <w:sz w:val="28"/>
        </w:rPr>
        <w:t>ENDİRME KOMİSYONU</w:t>
      </w:r>
      <w:r w:rsidR="006C5003">
        <w:rPr>
          <w:rFonts w:ascii="Times New Roman" w:hAnsi="Times New Roman" w:cs="Times New Roman"/>
          <w:b/>
          <w:color w:val="19334D"/>
          <w:sz w:val="28"/>
        </w:rPr>
        <w:br/>
        <w:t>SONUÇLARI</w:t>
      </w:r>
    </w:p>
    <w:p w14:paraId="67A2CB40" w14:textId="731FA585" w:rsidR="003357E1" w:rsidRPr="00002AE9" w:rsidRDefault="003357E1" w:rsidP="006C5003">
      <w:pPr>
        <w:jc w:val="both"/>
        <w:rPr>
          <w:rFonts w:ascii="Times New Roman" w:hAnsi="Times New Roman" w:cs="Times New Roman"/>
        </w:rPr>
      </w:pPr>
      <w:r w:rsidRPr="003357E1">
        <w:rPr>
          <w:rFonts w:ascii="Times New Roman" w:hAnsi="Times New Roman" w:cs="Times New Roman"/>
        </w:rPr>
        <w:t xml:space="preserve">2026-2027 </w:t>
      </w:r>
      <w:proofErr w:type="spellStart"/>
      <w:r w:rsidRPr="003357E1">
        <w:rPr>
          <w:rFonts w:ascii="Times New Roman" w:hAnsi="Times New Roman" w:cs="Times New Roman"/>
        </w:rPr>
        <w:t>eğitim-öğretim</w:t>
      </w:r>
      <w:proofErr w:type="spellEnd"/>
      <w:r w:rsidRPr="003357E1">
        <w:rPr>
          <w:rFonts w:ascii="Times New Roman" w:hAnsi="Times New Roman" w:cs="Times New Roman"/>
        </w:rPr>
        <w:t xml:space="preserve"> </w:t>
      </w:r>
      <w:proofErr w:type="spellStart"/>
      <w:r w:rsidRPr="003357E1">
        <w:rPr>
          <w:rFonts w:ascii="Times New Roman" w:hAnsi="Times New Roman" w:cs="Times New Roman"/>
        </w:rPr>
        <w:t>yı</w:t>
      </w:r>
      <w:r>
        <w:rPr>
          <w:rFonts w:ascii="Times New Roman" w:hAnsi="Times New Roman" w:cs="Times New Roman"/>
        </w:rPr>
        <w:t>lı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yemek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bursu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başvuruları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komisyonumuzca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incelenmiş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olup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Asil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ve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Yedek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öğrenciler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aşağıdaki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tabloda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bildirilmiştir</w:t>
      </w:r>
      <w:proofErr w:type="spellEnd"/>
      <w:r>
        <w:rPr>
          <w:rFonts w:ascii="Times New Roman" w:hAnsi="Times New Roman" w:cs="Times New Roman"/>
        </w:rPr>
        <w:t>.</w:t>
      </w:r>
    </w:p>
    <w:p w14:paraId="3B11C978" w14:textId="0D645D55" w:rsidR="0064782A" w:rsidRPr="00002AE9" w:rsidRDefault="0064782A">
      <w:pPr>
        <w:rPr>
          <w:rFonts w:ascii="Times New Roman" w:hAnsi="Times New Roman" w:cs="Times New Roman"/>
        </w:rPr>
      </w:pP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704"/>
        <w:gridCol w:w="3260"/>
        <w:gridCol w:w="2833"/>
        <w:gridCol w:w="1082"/>
        <w:gridCol w:w="1969"/>
      </w:tblGrid>
      <w:tr w:rsidR="0064782A" w:rsidRPr="00002AE9" w14:paraId="34F736B6" w14:textId="77777777" w:rsidTr="006C5003">
        <w:trPr>
          <w:jc w:val="center"/>
        </w:trPr>
        <w:tc>
          <w:tcPr>
            <w:tcW w:w="704" w:type="dxa"/>
            <w:shd w:val="clear" w:color="auto" w:fill="FFFFFF" w:themeFill="background1"/>
            <w:vAlign w:val="center"/>
          </w:tcPr>
          <w:p w14:paraId="346ADD22" w14:textId="77777777" w:rsidR="0064782A" w:rsidRPr="00002AE9" w:rsidRDefault="00C96B3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02AE9">
              <w:rPr>
                <w:rFonts w:ascii="Times New Roman" w:hAnsi="Times New Roman" w:cs="Times New Roman"/>
                <w:b/>
                <w:sz w:val="18"/>
              </w:rPr>
              <w:t>Sıra</w:t>
            </w:r>
            <w:proofErr w:type="spellEnd"/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14:paraId="02B22158" w14:textId="77777777" w:rsidR="0064782A" w:rsidRPr="00002AE9" w:rsidRDefault="00C96B33">
            <w:pPr>
              <w:rPr>
                <w:rFonts w:ascii="Times New Roman" w:hAnsi="Times New Roman" w:cs="Times New Roman"/>
              </w:rPr>
            </w:pPr>
            <w:r w:rsidRPr="00002AE9">
              <w:rPr>
                <w:rFonts w:ascii="Times New Roman" w:hAnsi="Times New Roman" w:cs="Times New Roman"/>
                <w:b/>
                <w:sz w:val="18"/>
              </w:rPr>
              <w:t>Öğrenci Adı Soyadı</w:t>
            </w:r>
          </w:p>
        </w:tc>
        <w:tc>
          <w:tcPr>
            <w:tcW w:w="2833" w:type="dxa"/>
            <w:shd w:val="clear" w:color="auto" w:fill="FFFFFF" w:themeFill="background1"/>
            <w:vAlign w:val="center"/>
          </w:tcPr>
          <w:p w14:paraId="06B5E518" w14:textId="77777777" w:rsidR="0064782A" w:rsidRPr="00002AE9" w:rsidRDefault="00C96B33">
            <w:pPr>
              <w:jc w:val="center"/>
              <w:rPr>
                <w:rFonts w:ascii="Times New Roman" w:hAnsi="Times New Roman" w:cs="Times New Roman"/>
              </w:rPr>
            </w:pPr>
            <w:r w:rsidRPr="00002AE9">
              <w:rPr>
                <w:rFonts w:ascii="Times New Roman" w:hAnsi="Times New Roman" w:cs="Times New Roman"/>
                <w:b/>
                <w:sz w:val="18"/>
              </w:rPr>
              <w:t>Öğrenci No</w:t>
            </w:r>
          </w:p>
        </w:tc>
        <w:tc>
          <w:tcPr>
            <w:tcW w:w="1082" w:type="dxa"/>
            <w:shd w:val="clear" w:color="auto" w:fill="FFFFFF" w:themeFill="background1"/>
            <w:vAlign w:val="center"/>
          </w:tcPr>
          <w:p w14:paraId="0B227F13" w14:textId="77777777" w:rsidR="0064782A" w:rsidRPr="00002AE9" w:rsidRDefault="00C96B33">
            <w:pPr>
              <w:jc w:val="center"/>
              <w:rPr>
                <w:rFonts w:ascii="Times New Roman" w:hAnsi="Times New Roman" w:cs="Times New Roman"/>
              </w:rPr>
            </w:pPr>
            <w:r w:rsidRPr="00002AE9">
              <w:rPr>
                <w:rFonts w:ascii="Times New Roman" w:hAnsi="Times New Roman" w:cs="Times New Roman"/>
                <w:b/>
                <w:sz w:val="18"/>
              </w:rPr>
              <w:t>Puan</w:t>
            </w:r>
          </w:p>
        </w:tc>
        <w:tc>
          <w:tcPr>
            <w:tcW w:w="1969" w:type="dxa"/>
            <w:shd w:val="clear" w:color="auto" w:fill="FFFFFF" w:themeFill="background1"/>
            <w:vAlign w:val="center"/>
          </w:tcPr>
          <w:p w14:paraId="4571AC99" w14:textId="77777777" w:rsidR="0064782A" w:rsidRPr="00002AE9" w:rsidRDefault="00C96B33">
            <w:pPr>
              <w:jc w:val="center"/>
              <w:rPr>
                <w:rFonts w:ascii="Times New Roman" w:hAnsi="Times New Roman" w:cs="Times New Roman"/>
              </w:rPr>
            </w:pPr>
            <w:r w:rsidRPr="00002AE9">
              <w:rPr>
                <w:rFonts w:ascii="Times New Roman" w:hAnsi="Times New Roman" w:cs="Times New Roman"/>
                <w:b/>
                <w:sz w:val="18"/>
              </w:rPr>
              <w:t>Sonuç</w:t>
            </w:r>
          </w:p>
        </w:tc>
      </w:tr>
      <w:tr w:rsidR="0064782A" w:rsidRPr="00002AE9" w14:paraId="314953F5" w14:textId="77777777" w:rsidTr="006C5003">
        <w:trPr>
          <w:jc w:val="center"/>
        </w:trPr>
        <w:tc>
          <w:tcPr>
            <w:tcW w:w="704" w:type="dxa"/>
            <w:vAlign w:val="center"/>
          </w:tcPr>
          <w:p w14:paraId="0AFAC1DB" w14:textId="77777777" w:rsidR="0064782A" w:rsidRPr="00002AE9" w:rsidRDefault="00C96B33">
            <w:pPr>
              <w:jc w:val="center"/>
              <w:rPr>
                <w:rFonts w:ascii="Times New Roman" w:hAnsi="Times New Roman" w:cs="Times New Roman"/>
              </w:rPr>
            </w:pPr>
            <w:r w:rsidRPr="00002AE9"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3260" w:type="dxa"/>
            <w:vAlign w:val="center"/>
          </w:tcPr>
          <w:p w14:paraId="50EBAAF3" w14:textId="32A4A27A" w:rsidR="0064782A" w:rsidRPr="00002AE9" w:rsidRDefault="006C500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8"/>
              </w:rPr>
              <w:t>H****</w:t>
            </w:r>
            <w:r w:rsidR="00C96B33" w:rsidRPr="00002AE9">
              <w:rPr>
                <w:rFonts w:ascii="Times New Roman" w:hAnsi="Times New Roman" w:cs="Times New Roman"/>
                <w:sz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</w:rPr>
              <w:t>A*******</w:t>
            </w:r>
          </w:p>
        </w:tc>
        <w:tc>
          <w:tcPr>
            <w:tcW w:w="2833" w:type="dxa"/>
            <w:vAlign w:val="center"/>
          </w:tcPr>
          <w:p w14:paraId="7C0A158C" w14:textId="1FC32D0A" w:rsidR="0064782A" w:rsidRPr="00002AE9" w:rsidRDefault="006C500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8"/>
              </w:rPr>
              <w:t>23******</w:t>
            </w:r>
            <w:r w:rsidR="00C96B33" w:rsidRPr="00002AE9">
              <w:rPr>
                <w:rFonts w:ascii="Times New Roman" w:hAnsi="Times New Roman" w:cs="Times New Roman"/>
                <w:sz w:val="18"/>
              </w:rPr>
              <w:t>18</w:t>
            </w:r>
          </w:p>
        </w:tc>
        <w:tc>
          <w:tcPr>
            <w:tcW w:w="1082" w:type="dxa"/>
            <w:vAlign w:val="center"/>
          </w:tcPr>
          <w:p w14:paraId="29E9A3EE" w14:textId="77777777" w:rsidR="0064782A" w:rsidRPr="00002AE9" w:rsidRDefault="00C96B33">
            <w:pPr>
              <w:jc w:val="center"/>
              <w:rPr>
                <w:rFonts w:ascii="Times New Roman" w:hAnsi="Times New Roman" w:cs="Times New Roman"/>
              </w:rPr>
            </w:pPr>
            <w:r w:rsidRPr="00002AE9">
              <w:rPr>
                <w:rFonts w:ascii="Times New Roman" w:hAnsi="Times New Roman" w:cs="Times New Roman"/>
                <w:sz w:val="18"/>
              </w:rPr>
              <w:t>95</w:t>
            </w:r>
          </w:p>
        </w:tc>
        <w:tc>
          <w:tcPr>
            <w:tcW w:w="1969" w:type="dxa"/>
            <w:vAlign w:val="center"/>
          </w:tcPr>
          <w:p w14:paraId="0342B5E9" w14:textId="77777777" w:rsidR="0064782A" w:rsidRPr="00002AE9" w:rsidRDefault="00C96B33">
            <w:pPr>
              <w:jc w:val="center"/>
              <w:rPr>
                <w:rFonts w:ascii="Times New Roman" w:hAnsi="Times New Roman" w:cs="Times New Roman"/>
              </w:rPr>
            </w:pPr>
            <w:r w:rsidRPr="00002AE9">
              <w:rPr>
                <w:rFonts w:ascii="Times New Roman" w:hAnsi="Times New Roman" w:cs="Times New Roman"/>
                <w:sz w:val="18"/>
              </w:rPr>
              <w:t>ASİL</w:t>
            </w:r>
          </w:p>
        </w:tc>
      </w:tr>
      <w:tr w:rsidR="0064782A" w:rsidRPr="00002AE9" w14:paraId="082FF18B" w14:textId="77777777" w:rsidTr="006C5003">
        <w:trPr>
          <w:jc w:val="center"/>
        </w:trPr>
        <w:tc>
          <w:tcPr>
            <w:tcW w:w="704" w:type="dxa"/>
            <w:vAlign w:val="center"/>
          </w:tcPr>
          <w:p w14:paraId="6526AD34" w14:textId="77777777" w:rsidR="0064782A" w:rsidRPr="00002AE9" w:rsidRDefault="00C96B33">
            <w:pPr>
              <w:jc w:val="center"/>
              <w:rPr>
                <w:rFonts w:ascii="Times New Roman" w:hAnsi="Times New Roman" w:cs="Times New Roman"/>
              </w:rPr>
            </w:pPr>
            <w:r w:rsidRPr="00002AE9">
              <w:rPr>
                <w:rFonts w:ascii="Times New Roman" w:hAnsi="Times New Roman" w:cs="Times New Roman"/>
                <w:sz w:val="18"/>
              </w:rPr>
              <w:t>2</w:t>
            </w:r>
          </w:p>
        </w:tc>
        <w:tc>
          <w:tcPr>
            <w:tcW w:w="3260" w:type="dxa"/>
            <w:vAlign w:val="center"/>
          </w:tcPr>
          <w:p w14:paraId="17CF9483" w14:textId="3A23D841" w:rsidR="0064782A" w:rsidRPr="00002AE9" w:rsidRDefault="006C500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8"/>
              </w:rPr>
              <w:t>A*** A******</w:t>
            </w:r>
          </w:p>
        </w:tc>
        <w:tc>
          <w:tcPr>
            <w:tcW w:w="2833" w:type="dxa"/>
            <w:vAlign w:val="center"/>
          </w:tcPr>
          <w:p w14:paraId="1181194B" w14:textId="0BC6E3E3" w:rsidR="0064782A" w:rsidRPr="00002AE9" w:rsidRDefault="006C500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8"/>
              </w:rPr>
              <w:t>26******</w:t>
            </w:r>
            <w:r w:rsidR="00C96B33" w:rsidRPr="00002AE9">
              <w:rPr>
                <w:rFonts w:ascii="Times New Roman" w:hAnsi="Times New Roman" w:cs="Times New Roman"/>
                <w:sz w:val="18"/>
              </w:rPr>
              <w:t>40</w:t>
            </w:r>
          </w:p>
        </w:tc>
        <w:tc>
          <w:tcPr>
            <w:tcW w:w="1082" w:type="dxa"/>
            <w:vAlign w:val="center"/>
          </w:tcPr>
          <w:p w14:paraId="20B41276" w14:textId="77777777" w:rsidR="0064782A" w:rsidRPr="00002AE9" w:rsidRDefault="00C96B33">
            <w:pPr>
              <w:jc w:val="center"/>
              <w:rPr>
                <w:rFonts w:ascii="Times New Roman" w:hAnsi="Times New Roman" w:cs="Times New Roman"/>
              </w:rPr>
            </w:pPr>
            <w:r w:rsidRPr="00002AE9">
              <w:rPr>
                <w:rFonts w:ascii="Times New Roman" w:hAnsi="Times New Roman" w:cs="Times New Roman"/>
                <w:sz w:val="18"/>
              </w:rPr>
              <w:t>90</w:t>
            </w:r>
          </w:p>
        </w:tc>
        <w:tc>
          <w:tcPr>
            <w:tcW w:w="1969" w:type="dxa"/>
            <w:vAlign w:val="center"/>
          </w:tcPr>
          <w:p w14:paraId="373505E5" w14:textId="77777777" w:rsidR="0064782A" w:rsidRPr="00002AE9" w:rsidRDefault="00C96B33">
            <w:pPr>
              <w:jc w:val="center"/>
              <w:rPr>
                <w:rFonts w:ascii="Times New Roman" w:hAnsi="Times New Roman" w:cs="Times New Roman"/>
              </w:rPr>
            </w:pPr>
            <w:r w:rsidRPr="00002AE9">
              <w:rPr>
                <w:rFonts w:ascii="Times New Roman" w:hAnsi="Times New Roman" w:cs="Times New Roman"/>
                <w:sz w:val="18"/>
              </w:rPr>
              <w:t>ASİL</w:t>
            </w:r>
          </w:p>
        </w:tc>
      </w:tr>
      <w:tr w:rsidR="0064782A" w:rsidRPr="00002AE9" w14:paraId="76180F66" w14:textId="77777777" w:rsidTr="006C5003">
        <w:trPr>
          <w:jc w:val="center"/>
        </w:trPr>
        <w:tc>
          <w:tcPr>
            <w:tcW w:w="704" w:type="dxa"/>
            <w:vAlign w:val="center"/>
          </w:tcPr>
          <w:p w14:paraId="325222AF" w14:textId="77777777" w:rsidR="0064782A" w:rsidRPr="00002AE9" w:rsidRDefault="00C96B33">
            <w:pPr>
              <w:jc w:val="center"/>
              <w:rPr>
                <w:rFonts w:ascii="Times New Roman" w:hAnsi="Times New Roman" w:cs="Times New Roman"/>
              </w:rPr>
            </w:pPr>
            <w:r w:rsidRPr="00002AE9">
              <w:rPr>
                <w:rFonts w:ascii="Times New Roman" w:hAnsi="Times New Roman" w:cs="Times New Roman"/>
                <w:sz w:val="18"/>
              </w:rPr>
              <w:t>3</w:t>
            </w:r>
          </w:p>
        </w:tc>
        <w:tc>
          <w:tcPr>
            <w:tcW w:w="3260" w:type="dxa"/>
            <w:vAlign w:val="center"/>
          </w:tcPr>
          <w:p w14:paraId="14096E77" w14:textId="0335A141" w:rsidR="0064782A" w:rsidRPr="00002AE9" w:rsidRDefault="006C500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8"/>
              </w:rPr>
              <w:t>Y**** E**** Ü******</w:t>
            </w:r>
          </w:p>
        </w:tc>
        <w:tc>
          <w:tcPr>
            <w:tcW w:w="2833" w:type="dxa"/>
            <w:vAlign w:val="center"/>
          </w:tcPr>
          <w:p w14:paraId="48DF8B5E" w14:textId="35C2B627" w:rsidR="0064782A" w:rsidRPr="00002AE9" w:rsidRDefault="006C500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8"/>
              </w:rPr>
              <w:t>26******</w:t>
            </w:r>
            <w:r w:rsidR="00C96B33" w:rsidRPr="00002AE9">
              <w:rPr>
                <w:rFonts w:ascii="Times New Roman" w:hAnsi="Times New Roman" w:cs="Times New Roman"/>
                <w:sz w:val="18"/>
              </w:rPr>
              <w:t>43</w:t>
            </w:r>
          </w:p>
        </w:tc>
        <w:tc>
          <w:tcPr>
            <w:tcW w:w="1082" w:type="dxa"/>
            <w:vAlign w:val="center"/>
          </w:tcPr>
          <w:p w14:paraId="42F28192" w14:textId="77777777" w:rsidR="0064782A" w:rsidRPr="00002AE9" w:rsidRDefault="00C96B33">
            <w:pPr>
              <w:jc w:val="center"/>
              <w:rPr>
                <w:rFonts w:ascii="Times New Roman" w:hAnsi="Times New Roman" w:cs="Times New Roman"/>
              </w:rPr>
            </w:pPr>
            <w:r w:rsidRPr="00002AE9">
              <w:rPr>
                <w:rFonts w:ascii="Times New Roman" w:hAnsi="Times New Roman" w:cs="Times New Roman"/>
                <w:sz w:val="18"/>
              </w:rPr>
              <w:t>85</w:t>
            </w:r>
          </w:p>
        </w:tc>
        <w:tc>
          <w:tcPr>
            <w:tcW w:w="1969" w:type="dxa"/>
            <w:vAlign w:val="center"/>
          </w:tcPr>
          <w:p w14:paraId="6C619182" w14:textId="77777777" w:rsidR="0064782A" w:rsidRPr="00002AE9" w:rsidRDefault="00C96B33">
            <w:pPr>
              <w:jc w:val="center"/>
              <w:rPr>
                <w:rFonts w:ascii="Times New Roman" w:hAnsi="Times New Roman" w:cs="Times New Roman"/>
              </w:rPr>
            </w:pPr>
            <w:r w:rsidRPr="00002AE9">
              <w:rPr>
                <w:rFonts w:ascii="Times New Roman" w:hAnsi="Times New Roman" w:cs="Times New Roman"/>
                <w:sz w:val="18"/>
              </w:rPr>
              <w:t>ASİL</w:t>
            </w:r>
          </w:p>
        </w:tc>
      </w:tr>
      <w:tr w:rsidR="0064782A" w:rsidRPr="00002AE9" w14:paraId="3822C1AD" w14:textId="77777777" w:rsidTr="006C5003">
        <w:trPr>
          <w:jc w:val="center"/>
        </w:trPr>
        <w:tc>
          <w:tcPr>
            <w:tcW w:w="704" w:type="dxa"/>
            <w:vAlign w:val="center"/>
          </w:tcPr>
          <w:p w14:paraId="1413C0E8" w14:textId="77777777" w:rsidR="0064782A" w:rsidRPr="00002AE9" w:rsidRDefault="00C96B33">
            <w:pPr>
              <w:jc w:val="center"/>
              <w:rPr>
                <w:rFonts w:ascii="Times New Roman" w:hAnsi="Times New Roman" w:cs="Times New Roman"/>
              </w:rPr>
            </w:pPr>
            <w:r w:rsidRPr="00002AE9">
              <w:rPr>
                <w:rFonts w:ascii="Times New Roman" w:hAnsi="Times New Roman" w:cs="Times New Roman"/>
                <w:sz w:val="18"/>
              </w:rPr>
              <w:t>4</w:t>
            </w:r>
          </w:p>
        </w:tc>
        <w:tc>
          <w:tcPr>
            <w:tcW w:w="3260" w:type="dxa"/>
            <w:vAlign w:val="center"/>
          </w:tcPr>
          <w:p w14:paraId="54DC39B4" w14:textId="26DD1032" w:rsidR="0064782A" w:rsidRPr="00002AE9" w:rsidRDefault="006C500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8"/>
              </w:rPr>
              <w:t>A******* Y******</w:t>
            </w:r>
          </w:p>
        </w:tc>
        <w:tc>
          <w:tcPr>
            <w:tcW w:w="2833" w:type="dxa"/>
            <w:vAlign w:val="center"/>
          </w:tcPr>
          <w:p w14:paraId="1F9E9BCA" w14:textId="2DD366A8" w:rsidR="0064782A" w:rsidRPr="00002AE9" w:rsidRDefault="006C500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8"/>
              </w:rPr>
              <w:t>26******</w:t>
            </w:r>
            <w:r w:rsidR="00C96B33" w:rsidRPr="00002AE9">
              <w:rPr>
                <w:rFonts w:ascii="Times New Roman" w:hAnsi="Times New Roman" w:cs="Times New Roman"/>
                <w:sz w:val="18"/>
              </w:rPr>
              <w:t>15</w:t>
            </w:r>
          </w:p>
        </w:tc>
        <w:tc>
          <w:tcPr>
            <w:tcW w:w="1082" w:type="dxa"/>
            <w:vAlign w:val="center"/>
          </w:tcPr>
          <w:p w14:paraId="22CB4F5A" w14:textId="77777777" w:rsidR="0064782A" w:rsidRPr="00002AE9" w:rsidRDefault="00C96B33">
            <w:pPr>
              <w:jc w:val="center"/>
              <w:rPr>
                <w:rFonts w:ascii="Times New Roman" w:hAnsi="Times New Roman" w:cs="Times New Roman"/>
              </w:rPr>
            </w:pPr>
            <w:r w:rsidRPr="00002AE9">
              <w:rPr>
                <w:rFonts w:ascii="Times New Roman" w:hAnsi="Times New Roman" w:cs="Times New Roman"/>
                <w:sz w:val="18"/>
              </w:rPr>
              <w:t>80</w:t>
            </w:r>
          </w:p>
        </w:tc>
        <w:tc>
          <w:tcPr>
            <w:tcW w:w="1969" w:type="dxa"/>
            <w:vAlign w:val="center"/>
          </w:tcPr>
          <w:p w14:paraId="6CB007A9" w14:textId="77777777" w:rsidR="0064782A" w:rsidRPr="00002AE9" w:rsidRDefault="00C96B33">
            <w:pPr>
              <w:jc w:val="center"/>
              <w:rPr>
                <w:rFonts w:ascii="Times New Roman" w:hAnsi="Times New Roman" w:cs="Times New Roman"/>
              </w:rPr>
            </w:pPr>
            <w:r w:rsidRPr="00002AE9">
              <w:rPr>
                <w:rFonts w:ascii="Times New Roman" w:hAnsi="Times New Roman" w:cs="Times New Roman"/>
                <w:sz w:val="18"/>
              </w:rPr>
              <w:t>ASİL</w:t>
            </w:r>
          </w:p>
        </w:tc>
      </w:tr>
      <w:tr w:rsidR="0064782A" w:rsidRPr="00002AE9" w14:paraId="2EF70684" w14:textId="77777777" w:rsidTr="006C5003">
        <w:trPr>
          <w:jc w:val="center"/>
        </w:trPr>
        <w:tc>
          <w:tcPr>
            <w:tcW w:w="704" w:type="dxa"/>
            <w:vAlign w:val="center"/>
          </w:tcPr>
          <w:p w14:paraId="286CD740" w14:textId="77777777" w:rsidR="0064782A" w:rsidRPr="00002AE9" w:rsidRDefault="00C96B33">
            <w:pPr>
              <w:jc w:val="center"/>
              <w:rPr>
                <w:rFonts w:ascii="Times New Roman" w:hAnsi="Times New Roman" w:cs="Times New Roman"/>
              </w:rPr>
            </w:pPr>
            <w:r w:rsidRPr="00002AE9">
              <w:rPr>
                <w:rFonts w:ascii="Times New Roman" w:hAnsi="Times New Roman" w:cs="Times New Roman"/>
                <w:sz w:val="18"/>
              </w:rPr>
              <w:t>5</w:t>
            </w:r>
          </w:p>
        </w:tc>
        <w:tc>
          <w:tcPr>
            <w:tcW w:w="3260" w:type="dxa"/>
            <w:vAlign w:val="center"/>
          </w:tcPr>
          <w:p w14:paraId="728A7E13" w14:textId="768B5D2B" w:rsidR="0064782A" w:rsidRPr="00002AE9" w:rsidRDefault="006C500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8"/>
              </w:rPr>
              <w:t>O**** A***</w:t>
            </w:r>
          </w:p>
        </w:tc>
        <w:tc>
          <w:tcPr>
            <w:tcW w:w="2833" w:type="dxa"/>
            <w:vAlign w:val="center"/>
          </w:tcPr>
          <w:p w14:paraId="46139836" w14:textId="73AC2ABC" w:rsidR="0064782A" w:rsidRPr="00002AE9" w:rsidRDefault="006C500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8"/>
              </w:rPr>
              <w:t>26******</w:t>
            </w:r>
            <w:r w:rsidR="00C96B33" w:rsidRPr="00002AE9">
              <w:rPr>
                <w:rFonts w:ascii="Times New Roman" w:hAnsi="Times New Roman" w:cs="Times New Roman"/>
                <w:sz w:val="18"/>
              </w:rPr>
              <w:t>15</w:t>
            </w:r>
          </w:p>
        </w:tc>
        <w:tc>
          <w:tcPr>
            <w:tcW w:w="1082" w:type="dxa"/>
            <w:vAlign w:val="center"/>
          </w:tcPr>
          <w:p w14:paraId="78C32C73" w14:textId="77777777" w:rsidR="0064782A" w:rsidRPr="00002AE9" w:rsidRDefault="00C96B33">
            <w:pPr>
              <w:jc w:val="center"/>
              <w:rPr>
                <w:rFonts w:ascii="Times New Roman" w:hAnsi="Times New Roman" w:cs="Times New Roman"/>
              </w:rPr>
            </w:pPr>
            <w:r w:rsidRPr="00002AE9">
              <w:rPr>
                <w:rFonts w:ascii="Times New Roman" w:hAnsi="Times New Roman" w:cs="Times New Roman"/>
                <w:sz w:val="18"/>
              </w:rPr>
              <w:t>80</w:t>
            </w:r>
          </w:p>
        </w:tc>
        <w:tc>
          <w:tcPr>
            <w:tcW w:w="1969" w:type="dxa"/>
            <w:vAlign w:val="center"/>
          </w:tcPr>
          <w:p w14:paraId="728D3A00" w14:textId="77777777" w:rsidR="0064782A" w:rsidRPr="00002AE9" w:rsidRDefault="00C96B33">
            <w:pPr>
              <w:jc w:val="center"/>
              <w:rPr>
                <w:rFonts w:ascii="Times New Roman" w:hAnsi="Times New Roman" w:cs="Times New Roman"/>
              </w:rPr>
            </w:pPr>
            <w:r w:rsidRPr="00002AE9">
              <w:rPr>
                <w:rFonts w:ascii="Times New Roman" w:hAnsi="Times New Roman" w:cs="Times New Roman"/>
                <w:sz w:val="18"/>
              </w:rPr>
              <w:t>ASİL</w:t>
            </w:r>
          </w:p>
        </w:tc>
      </w:tr>
      <w:tr w:rsidR="0064782A" w:rsidRPr="00002AE9" w14:paraId="2D833A23" w14:textId="77777777" w:rsidTr="006C5003">
        <w:trPr>
          <w:jc w:val="center"/>
        </w:trPr>
        <w:tc>
          <w:tcPr>
            <w:tcW w:w="704" w:type="dxa"/>
            <w:vAlign w:val="center"/>
          </w:tcPr>
          <w:p w14:paraId="55C1BAD0" w14:textId="77777777" w:rsidR="0064782A" w:rsidRPr="00002AE9" w:rsidRDefault="00C96B33">
            <w:pPr>
              <w:jc w:val="center"/>
              <w:rPr>
                <w:rFonts w:ascii="Times New Roman" w:hAnsi="Times New Roman" w:cs="Times New Roman"/>
              </w:rPr>
            </w:pPr>
            <w:r w:rsidRPr="00002AE9">
              <w:rPr>
                <w:rFonts w:ascii="Times New Roman" w:hAnsi="Times New Roman" w:cs="Times New Roman"/>
                <w:sz w:val="18"/>
              </w:rPr>
              <w:t>6</w:t>
            </w:r>
          </w:p>
        </w:tc>
        <w:tc>
          <w:tcPr>
            <w:tcW w:w="3260" w:type="dxa"/>
            <w:vAlign w:val="center"/>
          </w:tcPr>
          <w:p w14:paraId="042894A2" w14:textId="54E72D7F" w:rsidR="0064782A" w:rsidRPr="00002AE9" w:rsidRDefault="006C500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8"/>
              </w:rPr>
              <w:t>A***** K****</w:t>
            </w:r>
          </w:p>
        </w:tc>
        <w:tc>
          <w:tcPr>
            <w:tcW w:w="2833" w:type="dxa"/>
            <w:vAlign w:val="center"/>
          </w:tcPr>
          <w:p w14:paraId="23DAC0E0" w14:textId="771F5CF9" w:rsidR="0064782A" w:rsidRPr="00002AE9" w:rsidRDefault="006C500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8"/>
              </w:rPr>
              <w:t>26******</w:t>
            </w:r>
            <w:r w:rsidR="00C96B33" w:rsidRPr="00002AE9">
              <w:rPr>
                <w:rFonts w:ascii="Times New Roman" w:hAnsi="Times New Roman" w:cs="Times New Roman"/>
                <w:sz w:val="18"/>
              </w:rPr>
              <w:t>24</w:t>
            </w:r>
          </w:p>
        </w:tc>
        <w:tc>
          <w:tcPr>
            <w:tcW w:w="1082" w:type="dxa"/>
            <w:vAlign w:val="center"/>
          </w:tcPr>
          <w:p w14:paraId="1A2629CB" w14:textId="77777777" w:rsidR="0064782A" w:rsidRPr="00002AE9" w:rsidRDefault="00C96B33">
            <w:pPr>
              <w:jc w:val="center"/>
              <w:rPr>
                <w:rFonts w:ascii="Times New Roman" w:hAnsi="Times New Roman" w:cs="Times New Roman"/>
              </w:rPr>
            </w:pPr>
            <w:r w:rsidRPr="00002AE9">
              <w:rPr>
                <w:rFonts w:ascii="Times New Roman" w:hAnsi="Times New Roman" w:cs="Times New Roman"/>
                <w:sz w:val="18"/>
              </w:rPr>
              <w:t>75</w:t>
            </w:r>
          </w:p>
        </w:tc>
        <w:tc>
          <w:tcPr>
            <w:tcW w:w="1969" w:type="dxa"/>
            <w:vAlign w:val="center"/>
          </w:tcPr>
          <w:p w14:paraId="451E111C" w14:textId="77777777" w:rsidR="0064782A" w:rsidRPr="00002AE9" w:rsidRDefault="00C96B33">
            <w:pPr>
              <w:jc w:val="center"/>
              <w:rPr>
                <w:rFonts w:ascii="Times New Roman" w:hAnsi="Times New Roman" w:cs="Times New Roman"/>
              </w:rPr>
            </w:pPr>
            <w:r w:rsidRPr="00002AE9">
              <w:rPr>
                <w:rFonts w:ascii="Times New Roman" w:hAnsi="Times New Roman" w:cs="Times New Roman"/>
                <w:sz w:val="18"/>
              </w:rPr>
              <w:t>ASİL</w:t>
            </w:r>
          </w:p>
        </w:tc>
      </w:tr>
      <w:tr w:rsidR="0064782A" w:rsidRPr="00002AE9" w14:paraId="7675880A" w14:textId="77777777" w:rsidTr="006C5003">
        <w:trPr>
          <w:jc w:val="center"/>
        </w:trPr>
        <w:tc>
          <w:tcPr>
            <w:tcW w:w="704" w:type="dxa"/>
            <w:vAlign w:val="center"/>
          </w:tcPr>
          <w:p w14:paraId="1E5A17D3" w14:textId="77777777" w:rsidR="0064782A" w:rsidRPr="00002AE9" w:rsidRDefault="00C96B33">
            <w:pPr>
              <w:jc w:val="center"/>
              <w:rPr>
                <w:rFonts w:ascii="Times New Roman" w:hAnsi="Times New Roman" w:cs="Times New Roman"/>
              </w:rPr>
            </w:pPr>
            <w:r w:rsidRPr="00002AE9">
              <w:rPr>
                <w:rFonts w:ascii="Times New Roman" w:hAnsi="Times New Roman" w:cs="Times New Roman"/>
                <w:sz w:val="18"/>
              </w:rPr>
              <w:t>7</w:t>
            </w:r>
          </w:p>
        </w:tc>
        <w:tc>
          <w:tcPr>
            <w:tcW w:w="3260" w:type="dxa"/>
            <w:vAlign w:val="center"/>
          </w:tcPr>
          <w:p w14:paraId="0150BB98" w14:textId="20D920EC" w:rsidR="0064782A" w:rsidRPr="00002AE9" w:rsidRDefault="006C500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8"/>
              </w:rPr>
              <w:t>P***** Y****</w:t>
            </w:r>
          </w:p>
        </w:tc>
        <w:tc>
          <w:tcPr>
            <w:tcW w:w="2833" w:type="dxa"/>
            <w:vAlign w:val="center"/>
          </w:tcPr>
          <w:p w14:paraId="113963B4" w14:textId="5468151C" w:rsidR="0064782A" w:rsidRPr="00002AE9" w:rsidRDefault="006C500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8"/>
              </w:rPr>
              <w:t>25******</w:t>
            </w:r>
            <w:r w:rsidR="00C96B33" w:rsidRPr="00002AE9">
              <w:rPr>
                <w:rFonts w:ascii="Times New Roman" w:hAnsi="Times New Roman" w:cs="Times New Roman"/>
                <w:sz w:val="18"/>
              </w:rPr>
              <w:t>14</w:t>
            </w:r>
          </w:p>
        </w:tc>
        <w:tc>
          <w:tcPr>
            <w:tcW w:w="1082" w:type="dxa"/>
            <w:vAlign w:val="center"/>
          </w:tcPr>
          <w:p w14:paraId="61B2ADAE" w14:textId="77777777" w:rsidR="0064782A" w:rsidRPr="00002AE9" w:rsidRDefault="00C96B33">
            <w:pPr>
              <w:jc w:val="center"/>
              <w:rPr>
                <w:rFonts w:ascii="Times New Roman" w:hAnsi="Times New Roman" w:cs="Times New Roman"/>
              </w:rPr>
            </w:pPr>
            <w:r w:rsidRPr="00002AE9">
              <w:rPr>
                <w:rFonts w:ascii="Times New Roman" w:hAnsi="Times New Roman" w:cs="Times New Roman"/>
                <w:sz w:val="18"/>
              </w:rPr>
              <w:t>75</w:t>
            </w:r>
          </w:p>
        </w:tc>
        <w:tc>
          <w:tcPr>
            <w:tcW w:w="1969" w:type="dxa"/>
            <w:vAlign w:val="center"/>
          </w:tcPr>
          <w:p w14:paraId="1EBDE7E2" w14:textId="77777777" w:rsidR="0064782A" w:rsidRPr="00002AE9" w:rsidRDefault="00C96B33">
            <w:pPr>
              <w:jc w:val="center"/>
              <w:rPr>
                <w:rFonts w:ascii="Times New Roman" w:hAnsi="Times New Roman" w:cs="Times New Roman"/>
              </w:rPr>
            </w:pPr>
            <w:r w:rsidRPr="00002AE9">
              <w:rPr>
                <w:rFonts w:ascii="Times New Roman" w:hAnsi="Times New Roman" w:cs="Times New Roman"/>
                <w:sz w:val="18"/>
              </w:rPr>
              <w:t>ASİL</w:t>
            </w:r>
          </w:p>
        </w:tc>
      </w:tr>
      <w:tr w:rsidR="0064782A" w:rsidRPr="00002AE9" w14:paraId="717021B2" w14:textId="77777777" w:rsidTr="006C5003">
        <w:trPr>
          <w:jc w:val="center"/>
        </w:trPr>
        <w:tc>
          <w:tcPr>
            <w:tcW w:w="704" w:type="dxa"/>
            <w:vAlign w:val="center"/>
          </w:tcPr>
          <w:p w14:paraId="15F0D7A7" w14:textId="77777777" w:rsidR="0064782A" w:rsidRPr="00002AE9" w:rsidRDefault="00C96B33">
            <w:pPr>
              <w:jc w:val="center"/>
              <w:rPr>
                <w:rFonts w:ascii="Times New Roman" w:hAnsi="Times New Roman" w:cs="Times New Roman"/>
              </w:rPr>
            </w:pPr>
            <w:r w:rsidRPr="00002AE9">
              <w:rPr>
                <w:rFonts w:ascii="Times New Roman" w:hAnsi="Times New Roman" w:cs="Times New Roman"/>
                <w:sz w:val="18"/>
              </w:rPr>
              <w:t>8</w:t>
            </w:r>
          </w:p>
        </w:tc>
        <w:tc>
          <w:tcPr>
            <w:tcW w:w="3260" w:type="dxa"/>
            <w:vAlign w:val="center"/>
          </w:tcPr>
          <w:p w14:paraId="538DEA6C" w14:textId="56F2D353" w:rsidR="0064782A" w:rsidRPr="00002AE9" w:rsidRDefault="006C500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8"/>
              </w:rPr>
              <w:t>D****</w:t>
            </w:r>
            <w:r w:rsidR="00C96B33" w:rsidRPr="00002AE9">
              <w:rPr>
                <w:rFonts w:ascii="Times New Roman" w:hAnsi="Times New Roman" w:cs="Times New Roman"/>
                <w:sz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</w:rPr>
              <w:t>T****</w:t>
            </w:r>
          </w:p>
        </w:tc>
        <w:tc>
          <w:tcPr>
            <w:tcW w:w="2833" w:type="dxa"/>
            <w:vAlign w:val="center"/>
          </w:tcPr>
          <w:p w14:paraId="06671963" w14:textId="6EB222ED" w:rsidR="0064782A" w:rsidRPr="00002AE9" w:rsidRDefault="006C500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8"/>
              </w:rPr>
              <w:t>25******</w:t>
            </w:r>
            <w:r w:rsidR="00C96B33" w:rsidRPr="00002AE9">
              <w:rPr>
                <w:rFonts w:ascii="Times New Roman" w:hAnsi="Times New Roman" w:cs="Times New Roman"/>
                <w:sz w:val="18"/>
              </w:rPr>
              <w:t>04</w:t>
            </w:r>
          </w:p>
        </w:tc>
        <w:tc>
          <w:tcPr>
            <w:tcW w:w="1082" w:type="dxa"/>
            <w:vAlign w:val="center"/>
          </w:tcPr>
          <w:p w14:paraId="3C45B0E0" w14:textId="77777777" w:rsidR="0064782A" w:rsidRPr="00002AE9" w:rsidRDefault="00C96B33">
            <w:pPr>
              <w:jc w:val="center"/>
              <w:rPr>
                <w:rFonts w:ascii="Times New Roman" w:hAnsi="Times New Roman" w:cs="Times New Roman"/>
              </w:rPr>
            </w:pPr>
            <w:r w:rsidRPr="00002AE9">
              <w:rPr>
                <w:rFonts w:ascii="Times New Roman" w:hAnsi="Times New Roman" w:cs="Times New Roman"/>
                <w:sz w:val="18"/>
              </w:rPr>
              <w:t>70</w:t>
            </w:r>
          </w:p>
        </w:tc>
        <w:tc>
          <w:tcPr>
            <w:tcW w:w="1969" w:type="dxa"/>
            <w:vAlign w:val="center"/>
          </w:tcPr>
          <w:p w14:paraId="589F46E8" w14:textId="77777777" w:rsidR="0064782A" w:rsidRPr="00002AE9" w:rsidRDefault="00C96B33">
            <w:pPr>
              <w:jc w:val="center"/>
              <w:rPr>
                <w:rFonts w:ascii="Times New Roman" w:hAnsi="Times New Roman" w:cs="Times New Roman"/>
              </w:rPr>
            </w:pPr>
            <w:r w:rsidRPr="00002AE9">
              <w:rPr>
                <w:rFonts w:ascii="Times New Roman" w:hAnsi="Times New Roman" w:cs="Times New Roman"/>
                <w:sz w:val="18"/>
              </w:rPr>
              <w:t>ASİL</w:t>
            </w:r>
          </w:p>
        </w:tc>
      </w:tr>
      <w:tr w:rsidR="0064782A" w:rsidRPr="00002AE9" w14:paraId="519E92B2" w14:textId="77777777" w:rsidTr="006C5003">
        <w:trPr>
          <w:jc w:val="center"/>
        </w:trPr>
        <w:tc>
          <w:tcPr>
            <w:tcW w:w="704" w:type="dxa"/>
            <w:vAlign w:val="center"/>
          </w:tcPr>
          <w:p w14:paraId="75C9ADAF" w14:textId="77777777" w:rsidR="0064782A" w:rsidRPr="00002AE9" w:rsidRDefault="00C96B33">
            <w:pPr>
              <w:jc w:val="center"/>
              <w:rPr>
                <w:rFonts w:ascii="Times New Roman" w:hAnsi="Times New Roman" w:cs="Times New Roman"/>
              </w:rPr>
            </w:pPr>
            <w:r w:rsidRPr="00002AE9">
              <w:rPr>
                <w:rFonts w:ascii="Times New Roman" w:hAnsi="Times New Roman" w:cs="Times New Roman"/>
                <w:sz w:val="18"/>
              </w:rPr>
              <w:t>9</w:t>
            </w:r>
          </w:p>
        </w:tc>
        <w:tc>
          <w:tcPr>
            <w:tcW w:w="3260" w:type="dxa"/>
            <w:vAlign w:val="center"/>
          </w:tcPr>
          <w:p w14:paraId="551914E0" w14:textId="30879819" w:rsidR="0064782A" w:rsidRPr="00002AE9" w:rsidRDefault="006C500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8"/>
              </w:rPr>
              <w:t>N***** Ö****</w:t>
            </w:r>
          </w:p>
        </w:tc>
        <w:tc>
          <w:tcPr>
            <w:tcW w:w="2833" w:type="dxa"/>
            <w:vAlign w:val="center"/>
          </w:tcPr>
          <w:p w14:paraId="3E42AA6B" w14:textId="0BA7EF18" w:rsidR="0064782A" w:rsidRPr="00002AE9" w:rsidRDefault="006C500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8"/>
              </w:rPr>
              <w:t>26******</w:t>
            </w:r>
            <w:r w:rsidR="00C96B33" w:rsidRPr="00002AE9">
              <w:rPr>
                <w:rFonts w:ascii="Times New Roman" w:hAnsi="Times New Roman" w:cs="Times New Roman"/>
                <w:sz w:val="18"/>
              </w:rPr>
              <w:t>12</w:t>
            </w:r>
          </w:p>
        </w:tc>
        <w:tc>
          <w:tcPr>
            <w:tcW w:w="1082" w:type="dxa"/>
            <w:vAlign w:val="center"/>
          </w:tcPr>
          <w:p w14:paraId="1E90AAEE" w14:textId="77777777" w:rsidR="0064782A" w:rsidRPr="00002AE9" w:rsidRDefault="00C96B33">
            <w:pPr>
              <w:jc w:val="center"/>
              <w:rPr>
                <w:rFonts w:ascii="Times New Roman" w:hAnsi="Times New Roman" w:cs="Times New Roman"/>
              </w:rPr>
            </w:pPr>
            <w:r w:rsidRPr="00002AE9">
              <w:rPr>
                <w:rFonts w:ascii="Times New Roman" w:hAnsi="Times New Roman" w:cs="Times New Roman"/>
                <w:sz w:val="18"/>
              </w:rPr>
              <w:t>70</w:t>
            </w:r>
          </w:p>
        </w:tc>
        <w:tc>
          <w:tcPr>
            <w:tcW w:w="1969" w:type="dxa"/>
            <w:vAlign w:val="center"/>
          </w:tcPr>
          <w:p w14:paraId="2EFA410E" w14:textId="77777777" w:rsidR="0064782A" w:rsidRPr="00002AE9" w:rsidRDefault="00C96B33">
            <w:pPr>
              <w:jc w:val="center"/>
              <w:rPr>
                <w:rFonts w:ascii="Times New Roman" w:hAnsi="Times New Roman" w:cs="Times New Roman"/>
              </w:rPr>
            </w:pPr>
            <w:r w:rsidRPr="00002AE9">
              <w:rPr>
                <w:rFonts w:ascii="Times New Roman" w:hAnsi="Times New Roman" w:cs="Times New Roman"/>
                <w:sz w:val="18"/>
              </w:rPr>
              <w:t>ASİL</w:t>
            </w:r>
          </w:p>
        </w:tc>
      </w:tr>
      <w:tr w:rsidR="0064782A" w:rsidRPr="00002AE9" w14:paraId="53A6D5FF" w14:textId="77777777" w:rsidTr="006C5003">
        <w:trPr>
          <w:jc w:val="center"/>
        </w:trPr>
        <w:tc>
          <w:tcPr>
            <w:tcW w:w="704" w:type="dxa"/>
            <w:vAlign w:val="center"/>
          </w:tcPr>
          <w:p w14:paraId="4B6EA3FC" w14:textId="77777777" w:rsidR="0064782A" w:rsidRPr="00002AE9" w:rsidRDefault="00C96B33">
            <w:pPr>
              <w:jc w:val="center"/>
              <w:rPr>
                <w:rFonts w:ascii="Times New Roman" w:hAnsi="Times New Roman" w:cs="Times New Roman"/>
              </w:rPr>
            </w:pPr>
            <w:r w:rsidRPr="00002AE9">
              <w:rPr>
                <w:rFonts w:ascii="Times New Roman" w:hAnsi="Times New Roman" w:cs="Times New Roman"/>
                <w:sz w:val="18"/>
              </w:rPr>
              <w:t>10</w:t>
            </w:r>
          </w:p>
        </w:tc>
        <w:tc>
          <w:tcPr>
            <w:tcW w:w="3260" w:type="dxa"/>
            <w:vAlign w:val="center"/>
          </w:tcPr>
          <w:p w14:paraId="6E95D4E8" w14:textId="60308F1A" w:rsidR="0064782A" w:rsidRPr="00002AE9" w:rsidRDefault="006C500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8"/>
              </w:rPr>
              <w:t>M**** S*******</w:t>
            </w:r>
          </w:p>
        </w:tc>
        <w:tc>
          <w:tcPr>
            <w:tcW w:w="2833" w:type="dxa"/>
            <w:vAlign w:val="center"/>
          </w:tcPr>
          <w:p w14:paraId="0515CABC" w14:textId="7783B604" w:rsidR="0064782A" w:rsidRPr="00002AE9" w:rsidRDefault="006C500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8"/>
              </w:rPr>
              <w:t>26******</w:t>
            </w:r>
            <w:r w:rsidR="00C96B33" w:rsidRPr="00002AE9">
              <w:rPr>
                <w:rFonts w:ascii="Times New Roman" w:hAnsi="Times New Roman" w:cs="Times New Roman"/>
                <w:sz w:val="18"/>
              </w:rPr>
              <w:t>25</w:t>
            </w:r>
          </w:p>
        </w:tc>
        <w:tc>
          <w:tcPr>
            <w:tcW w:w="1082" w:type="dxa"/>
            <w:vAlign w:val="center"/>
          </w:tcPr>
          <w:p w14:paraId="300F4AEA" w14:textId="77777777" w:rsidR="0064782A" w:rsidRPr="00002AE9" w:rsidRDefault="00C96B33">
            <w:pPr>
              <w:jc w:val="center"/>
              <w:rPr>
                <w:rFonts w:ascii="Times New Roman" w:hAnsi="Times New Roman" w:cs="Times New Roman"/>
              </w:rPr>
            </w:pPr>
            <w:r w:rsidRPr="00002AE9">
              <w:rPr>
                <w:rFonts w:ascii="Times New Roman" w:hAnsi="Times New Roman" w:cs="Times New Roman"/>
                <w:sz w:val="18"/>
              </w:rPr>
              <w:t>65</w:t>
            </w:r>
          </w:p>
        </w:tc>
        <w:tc>
          <w:tcPr>
            <w:tcW w:w="1969" w:type="dxa"/>
            <w:vAlign w:val="center"/>
          </w:tcPr>
          <w:p w14:paraId="55B9CAD3" w14:textId="77777777" w:rsidR="0064782A" w:rsidRPr="00002AE9" w:rsidRDefault="00C96B33">
            <w:pPr>
              <w:jc w:val="center"/>
              <w:rPr>
                <w:rFonts w:ascii="Times New Roman" w:hAnsi="Times New Roman" w:cs="Times New Roman"/>
              </w:rPr>
            </w:pPr>
            <w:r w:rsidRPr="00002AE9">
              <w:rPr>
                <w:rFonts w:ascii="Times New Roman" w:hAnsi="Times New Roman" w:cs="Times New Roman"/>
                <w:sz w:val="18"/>
              </w:rPr>
              <w:t>ASİL</w:t>
            </w:r>
          </w:p>
        </w:tc>
      </w:tr>
      <w:tr w:rsidR="0064782A" w:rsidRPr="00002AE9" w14:paraId="7B3DB548" w14:textId="77777777" w:rsidTr="006C5003">
        <w:trPr>
          <w:jc w:val="center"/>
        </w:trPr>
        <w:tc>
          <w:tcPr>
            <w:tcW w:w="704" w:type="dxa"/>
            <w:vAlign w:val="center"/>
          </w:tcPr>
          <w:p w14:paraId="426C6D34" w14:textId="77777777" w:rsidR="0064782A" w:rsidRPr="00002AE9" w:rsidRDefault="00C96B33">
            <w:pPr>
              <w:jc w:val="center"/>
              <w:rPr>
                <w:rFonts w:ascii="Times New Roman" w:hAnsi="Times New Roman" w:cs="Times New Roman"/>
              </w:rPr>
            </w:pPr>
            <w:r w:rsidRPr="00002AE9">
              <w:rPr>
                <w:rFonts w:ascii="Times New Roman" w:hAnsi="Times New Roman" w:cs="Times New Roman"/>
                <w:sz w:val="18"/>
              </w:rPr>
              <w:t>11</w:t>
            </w:r>
          </w:p>
        </w:tc>
        <w:tc>
          <w:tcPr>
            <w:tcW w:w="3260" w:type="dxa"/>
            <w:vAlign w:val="center"/>
          </w:tcPr>
          <w:p w14:paraId="54A64E5D" w14:textId="189C6499" w:rsidR="0064782A" w:rsidRPr="00002AE9" w:rsidRDefault="006C500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8"/>
              </w:rPr>
              <w:t>M*******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18"/>
              </w:rPr>
              <w:t xml:space="preserve"> E*** Y*******</w:t>
            </w:r>
          </w:p>
        </w:tc>
        <w:tc>
          <w:tcPr>
            <w:tcW w:w="2833" w:type="dxa"/>
            <w:vAlign w:val="center"/>
          </w:tcPr>
          <w:p w14:paraId="0B1923E6" w14:textId="5063DF8B" w:rsidR="0064782A" w:rsidRPr="00002AE9" w:rsidRDefault="006C500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8"/>
              </w:rPr>
              <w:t>26******</w:t>
            </w:r>
            <w:r w:rsidR="00C96B33" w:rsidRPr="00002AE9">
              <w:rPr>
                <w:rFonts w:ascii="Times New Roman" w:hAnsi="Times New Roman" w:cs="Times New Roman"/>
                <w:sz w:val="18"/>
              </w:rPr>
              <w:t>18</w:t>
            </w:r>
          </w:p>
        </w:tc>
        <w:tc>
          <w:tcPr>
            <w:tcW w:w="1082" w:type="dxa"/>
            <w:vAlign w:val="center"/>
          </w:tcPr>
          <w:p w14:paraId="5E82E76C" w14:textId="77777777" w:rsidR="0064782A" w:rsidRPr="00002AE9" w:rsidRDefault="00C96B33">
            <w:pPr>
              <w:jc w:val="center"/>
              <w:rPr>
                <w:rFonts w:ascii="Times New Roman" w:hAnsi="Times New Roman" w:cs="Times New Roman"/>
              </w:rPr>
            </w:pPr>
            <w:r w:rsidRPr="00002AE9">
              <w:rPr>
                <w:rFonts w:ascii="Times New Roman" w:hAnsi="Times New Roman" w:cs="Times New Roman"/>
                <w:sz w:val="18"/>
              </w:rPr>
              <w:t>55</w:t>
            </w:r>
          </w:p>
        </w:tc>
        <w:tc>
          <w:tcPr>
            <w:tcW w:w="1969" w:type="dxa"/>
            <w:vAlign w:val="center"/>
          </w:tcPr>
          <w:p w14:paraId="5EF51544" w14:textId="77777777" w:rsidR="0064782A" w:rsidRPr="00002AE9" w:rsidRDefault="00C96B33">
            <w:pPr>
              <w:jc w:val="center"/>
              <w:rPr>
                <w:rFonts w:ascii="Times New Roman" w:hAnsi="Times New Roman" w:cs="Times New Roman"/>
              </w:rPr>
            </w:pPr>
            <w:r w:rsidRPr="00002AE9">
              <w:rPr>
                <w:rFonts w:ascii="Times New Roman" w:hAnsi="Times New Roman" w:cs="Times New Roman"/>
                <w:sz w:val="18"/>
              </w:rPr>
              <w:t>ASİL</w:t>
            </w:r>
          </w:p>
        </w:tc>
      </w:tr>
    </w:tbl>
    <w:p w14:paraId="4A544B96" w14:textId="77777777" w:rsidR="00002AE9" w:rsidRDefault="00002AE9">
      <w:pPr>
        <w:spacing w:before="320"/>
        <w:jc w:val="center"/>
        <w:rPr>
          <w:rFonts w:ascii="Times New Roman" w:hAnsi="Times New Roman" w:cs="Times New Roman"/>
          <w:b/>
        </w:rPr>
      </w:pPr>
    </w:p>
    <w:p w14:paraId="62BE58AB" w14:textId="77777777" w:rsidR="00782019" w:rsidRPr="00002AE9" w:rsidRDefault="00782019">
      <w:pPr>
        <w:spacing w:before="320"/>
        <w:jc w:val="center"/>
        <w:rPr>
          <w:rFonts w:ascii="Times New Roman" w:hAnsi="Times New Roman" w:cs="Times New Roman"/>
        </w:rPr>
      </w:pPr>
    </w:p>
    <w:p w14:paraId="67533AD4" w14:textId="77777777" w:rsidR="00002AE9" w:rsidRPr="00002AE9" w:rsidRDefault="00002AE9">
      <w:pPr>
        <w:rPr>
          <w:rFonts w:ascii="Times New Roman" w:hAnsi="Times New Roman" w:cs="Times New Roman"/>
        </w:rPr>
      </w:pPr>
    </w:p>
    <w:sectPr w:rsidR="00002AE9" w:rsidRPr="00002AE9" w:rsidSect="00034616">
      <w:pgSz w:w="12240" w:h="15840"/>
      <w:pgMar w:top="1304" w:right="1191" w:bottom="1247" w:left="119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02AE9"/>
    <w:rsid w:val="00034616"/>
    <w:rsid w:val="0006063C"/>
    <w:rsid w:val="0015074B"/>
    <w:rsid w:val="00172027"/>
    <w:rsid w:val="0029639D"/>
    <w:rsid w:val="00326F90"/>
    <w:rsid w:val="003357E1"/>
    <w:rsid w:val="003B028F"/>
    <w:rsid w:val="0064782A"/>
    <w:rsid w:val="006C5003"/>
    <w:rsid w:val="00782019"/>
    <w:rsid w:val="00AA1D8D"/>
    <w:rsid w:val="00B47730"/>
    <w:rsid w:val="00C96B33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80262D"/>
  <w14:defaultImageDpi w14:val="300"/>
  <w15:docId w15:val="{BB5506C6-31A6-47CC-9E2E-342F9EA94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3B02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B028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1B83EA4-3813-425A-B7B0-F0C6B33944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553</Characters>
  <Application>Microsoft Office Word</Application>
  <DocSecurity>0</DocSecurity>
  <Lines>4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649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Lenovo</cp:lastModifiedBy>
  <cp:revision>2</cp:revision>
  <cp:lastPrinted>2026-10-16T11:48:00Z</cp:lastPrinted>
  <dcterms:created xsi:type="dcterms:W3CDTF">2026-10-16T12:56:00Z</dcterms:created>
  <dcterms:modified xsi:type="dcterms:W3CDTF">2026-10-16T12:56:00Z</dcterms:modified>
  <cp:category/>
</cp:coreProperties>
</file>